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8221"/>
      </w:tblGrid>
      <w:tr w:rsidR="00FA5CAE" w14:paraId="14358B8F" w14:textId="77777777" w:rsidTr="00681D6B">
        <w:tc>
          <w:tcPr>
            <w:tcW w:w="2093" w:type="dxa"/>
          </w:tcPr>
          <w:p w14:paraId="11C6B379" w14:textId="77777777" w:rsidR="00FA5CAE" w:rsidRDefault="001E59EC">
            <w:r>
              <w:rPr>
                <w:noProof/>
              </w:rPr>
              <w:drawing>
                <wp:inline distT="0" distB="0" distL="0" distR="0" wp14:anchorId="060D4ABB" wp14:editId="46F8ACDE">
                  <wp:extent cx="521207" cy="7818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ailbes_crest_from_form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07" cy="78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</w:tcPr>
          <w:p w14:paraId="0EDFF1CA" w14:textId="77777777" w:rsidR="00FA5CAE" w:rsidRDefault="001E59EC">
            <w:r>
              <w:rPr>
                <w:b/>
                <w:color w:val="183449"/>
                <w:sz w:val="36"/>
              </w:rPr>
              <w:t>ST AILBE'S SCHOOL</w:t>
            </w:r>
          </w:p>
          <w:p w14:paraId="404B9B23" w14:textId="77777777" w:rsidR="00FA5CAE" w:rsidRDefault="001E59EC">
            <w:pPr>
              <w:spacing w:after="8"/>
            </w:pPr>
            <w:r>
              <w:rPr>
                <w:b/>
                <w:color w:val="13717D"/>
                <w:sz w:val="25"/>
              </w:rPr>
              <w:t>SUBJECT / LEVEL CHANGE OR SUBJECT REDUCTION</w:t>
            </w:r>
          </w:p>
          <w:p w14:paraId="2F8B75DE" w14:textId="04F136FE" w:rsidR="00FA5CAE" w:rsidRDefault="00FA5CAE">
            <w:pPr>
              <w:spacing w:after="8"/>
            </w:pPr>
          </w:p>
        </w:tc>
      </w:tr>
    </w:tbl>
    <w:p w14:paraId="6537B27B" w14:textId="77777777" w:rsidR="00FA5CAE" w:rsidRDefault="00FA5CA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39"/>
      </w:tblGrid>
      <w:tr w:rsidR="00FA5CAE" w14:paraId="028EAB1C" w14:textId="77777777">
        <w:tc>
          <w:tcPr>
            <w:tcW w:w="10239" w:type="dxa"/>
            <w:shd w:val="clear" w:color="auto" w:fill="DDECF0"/>
          </w:tcPr>
          <w:p w14:paraId="24C7081B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23"/>
              </w:rPr>
              <w:t>01   STUDENT DETAILS</w:t>
            </w:r>
          </w:p>
        </w:tc>
      </w:tr>
    </w:tbl>
    <w:p w14:paraId="36470699" w14:textId="77777777" w:rsidR="00FA5CAE" w:rsidRDefault="00FA5CA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20"/>
      </w:tblGrid>
      <w:tr w:rsidR="00FA5CAE" w14:paraId="5736A069" w14:textId="77777777">
        <w:tc>
          <w:tcPr>
            <w:tcW w:w="5119" w:type="dxa"/>
          </w:tcPr>
          <w:p w14:paraId="5DD4E29D" w14:textId="2EF3D77A" w:rsidR="00FA5CAE" w:rsidRDefault="001E59EC">
            <w:pPr>
              <w:spacing w:after="28"/>
            </w:pPr>
            <w:r>
              <w:rPr>
                <w:b/>
                <w:color w:val="183449"/>
                <w:sz w:val="19"/>
              </w:rPr>
              <w:t>Student name:</w:t>
            </w:r>
            <w:r w:rsidR="005338F7">
              <w:rPr>
                <w:b/>
                <w:color w:val="183449"/>
                <w:sz w:val="19"/>
              </w:rPr>
              <w:t xml:space="preserve"> ________________________________________</w:t>
            </w:r>
          </w:p>
        </w:tc>
        <w:tc>
          <w:tcPr>
            <w:tcW w:w="5119" w:type="dxa"/>
          </w:tcPr>
          <w:p w14:paraId="4B06995F" w14:textId="4358B831" w:rsidR="00FA5CAE" w:rsidRDefault="005338F7">
            <w:pPr>
              <w:spacing w:after="28"/>
            </w:pPr>
            <w:r>
              <w:rPr>
                <w:b/>
                <w:color w:val="183449"/>
                <w:sz w:val="19"/>
              </w:rPr>
              <w:t>Class / year:</w:t>
            </w:r>
            <w:r>
              <w:rPr>
                <w:b/>
                <w:color w:val="183449"/>
                <w:sz w:val="19"/>
              </w:rPr>
              <w:t xml:space="preserve">  ____________________________</w:t>
            </w:r>
          </w:p>
        </w:tc>
      </w:tr>
      <w:tr w:rsidR="00FA5CAE" w14:paraId="51C526C1" w14:textId="77777777">
        <w:tc>
          <w:tcPr>
            <w:tcW w:w="5119" w:type="dxa"/>
          </w:tcPr>
          <w:p w14:paraId="65B4C03F" w14:textId="5D0828D2" w:rsidR="00FA5CAE" w:rsidRDefault="00FA5CAE">
            <w:pPr>
              <w:spacing w:after="28"/>
            </w:pPr>
          </w:p>
        </w:tc>
        <w:tc>
          <w:tcPr>
            <w:tcW w:w="5119" w:type="dxa"/>
          </w:tcPr>
          <w:p w14:paraId="62402480" w14:textId="4B645871" w:rsidR="00FA5CAE" w:rsidRDefault="00FA5CAE">
            <w:pPr>
              <w:spacing w:after="28"/>
            </w:pPr>
          </w:p>
        </w:tc>
      </w:tr>
      <w:tr w:rsidR="00FA5CAE" w14:paraId="47A886FC" w14:textId="77777777">
        <w:tc>
          <w:tcPr>
            <w:tcW w:w="10239" w:type="dxa"/>
            <w:gridSpan w:val="2"/>
            <w:shd w:val="clear" w:color="auto" w:fill="DDECF0"/>
          </w:tcPr>
          <w:p w14:paraId="136C954E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23"/>
              </w:rPr>
              <w:t>02   REQUESTED CHANGE</w:t>
            </w:r>
          </w:p>
        </w:tc>
      </w:tr>
    </w:tbl>
    <w:p w14:paraId="274F4D7C" w14:textId="77777777" w:rsidR="00FA5CAE" w:rsidRDefault="00FA5CAE"/>
    <w:p w14:paraId="285C6304" w14:textId="77777777" w:rsidR="00FA5CAE" w:rsidRDefault="001E59EC">
      <w:pPr>
        <w:spacing w:after="128"/>
      </w:pPr>
      <w:r>
        <w:rPr>
          <w:color w:val="183449"/>
          <w:sz w:val="21"/>
        </w:rPr>
        <w:t>☐</w:t>
      </w:r>
      <w:r>
        <w:rPr>
          <w:color w:val="183449"/>
          <w:sz w:val="21"/>
        </w:rPr>
        <w:t xml:space="preserve">  New subject                 ☐  Change of level                 ☐  Reduce / drop subject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20"/>
      </w:tblGrid>
      <w:tr w:rsidR="00FA5CAE" w14:paraId="3EDD3DDB" w14:textId="77777777">
        <w:tc>
          <w:tcPr>
            <w:tcW w:w="5119" w:type="dxa"/>
          </w:tcPr>
          <w:p w14:paraId="7B4F698A" w14:textId="77777777" w:rsidR="00FA5CAE" w:rsidRDefault="001E59EC">
            <w:pPr>
              <w:spacing w:after="28"/>
            </w:pPr>
            <w:r>
              <w:rPr>
                <w:b/>
                <w:color w:val="183449"/>
                <w:sz w:val="19"/>
              </w:rPr>
              <w:t>Current subject:</w:t>
            </w:r>
          </w:p>
        </w:tc>
        <w:tc>
          <w:tcPr>
            <w:tcW w:w="5119" w:type="dxa"/>
          </w:tcPr>
          <w:p w14:paraId="3090D236" w14:textId="62E4B976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___________________________________________________________</w:t>
            </w:r>
            <w:r w:rsidR="005338F7">
              <w:rPr>
                <w:color w:val="183449"/>
                <w:sz w:val="18"/>
              </w:rPr>
              <w:br/>
            </w:r>
          </w:p>
        </w:tc>
      </w:tr>
      <w:tr w:rsidR="00FA5CAE" w14:paraId="4DEBD360" w14:textId="77777777">
        <w:tc>
          <w:tcPr>
            <w:tcW w:w="5119" w:type="dxa"/>
          </w:tcPr>
          <w:p w14:paraId="489AC50A" w14:textId="77777777" w:rsidR="00FA5CAE" w:rsidRDefault="001E59EC">
            <w:pPr>
              <w:spacing w:after="28"/>
            </w:pPr>
            <w:r>
              <w:rPr>
                <w:b/>
                <w:color w:val="183449"/>
                <w:sz w:val="19"/>
              </w:rPr>
              <w:t>Current level:</w:t>
            </w:r>
          </w:p>
        </w:tc>
        <w:tc>
          <w:tcPr>
            <w:tcW w:w="5119" w:type="dxa"/>
          </w:tcPr>
          <w:p w14:paraId="7485D93C" w14:textId="7BABC81E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___________________________________________________________</w:t>
            </w:r>
            <w:r w:rsidR="005338F7">
              <w:rPr>
                <w:color w:val="183449"/>
                <w:sz w:val="18"/>
              </w:rPr>
              <w:br/>
            </w:r>
          </w:p>
        </w:tc>
      </w:tr>
      <w:tr w:rsidR="00FA5CAE" w14:paraId="121DEBC4" w14:textId="77777777">
        <w:tc>
          <w:tcPr>
            <w:tcW w:w="5119" w:type="dxa"/>
          </w:tcPr>
          <w:p w14:paraId="6B18D806" w14:textId="77777777" w:rsidR="00FA5CAE" w:rsidRDefault="001E59EC">
            <w:pPr>
              <w:spacing w:after="28"/>
            </w:pPr>
            <w:r>
              <w:rPr>
                <w:b/>
                <w:color w:val="183449"/>
                <w:sz w:val="19"/>
              </w:rPr>
              <w:t>Requested subject:</w:t>
            </w:r>
          </w:p>
        </w:tc>
        <w:tc>
          <w:tcPr>
            <w:tcW w:w="5119" w:type="dxa"/>
          </w:tcPr>
          <w:p w14:paraId="33244954" w14:textId="08292874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___________________________________________________________</w:t>
            </w:r>
            <w:r w:rsidR="005338F7">
              <w:rPr>
                <w:color w:val="183449"/>
                <w:sz w:val="18"/>
              </w:rPr>
              <w:br/>
            </w:r>
          </w:p>
        </w:tc>
      </w:tr>
      <w:tr w:rsidR="00FA5CAE" w14:paraId="704B046C" w14:textId="77777777">
        <w:tc>
          <w:tcPr>
            <w:tcW w:w="5119" w:type="dxa"/>
          </w:tcPr>
          <w:p w14:paraId="20EA8649" w14:textId="77777777" w:rsidR="00FA5CAE" w:rsidRDefault="001E59EC">
            <w:pPr>
              <w:spacing w:after="28"/>
            </w:pPr>
            <w:r>
              <w:rPr>
                <w:b/>
                <w:color w:val="183449"/>
                <w:sz w:val="19"/>
              </w:rPr>
              <w:t>Requested level:</w:t>
            </w:r>
          </w:p>
        </w:tc>
        <w:tc>
          <w:tcPr>
            <w:tcW w:w="5119" w:type="dxa"/>
          </w:tcPr>
          <w:p w14:paraId="602E6E51" w14:textId="2E019FDE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______</w:t>
            </w:r>
            <w:r>
              <w:rPr>
                <w:color w:val="183449"/>
                <w:sz w:val="18"/>
              </w:rPr>
              <w:t>_____________________________________________________</w:t>
            </w:r>
            <w:r w:rsidR="005338F7">
              <w:rPr>
                <w:color w:val="183449"/>
                <w:sz w:val="18"/>
              </w:rPr>
              <w:br/>
            </w:r>
          </w:p>
        </w:tc>
      </w:tr>
      <w:tr w:rsidR="00FA5CAE" w14:paraId="3A03BA3C" w14:textId="77777777">
        <w:tc>
          <w:tcPr>
            <w:tcW w:w="5119" w:type="dxa"/>
          </w:tcPr>
          <w:p w14:paraId="08F58BC3" w14:textId="77777777" w:rsidR="00FA5CAE" w:rsidRDefault="001E59EC">
            <w:pPr>
              <w:spacing w:after="28"/>
            </w:pPr>
            <w:r>
              <w:rPr>
                <w:b/>
                <w:color w:val="183449"/>
                <w:sz w:val="19"/>
              </w:rPr>
              <w:t>Proposed new teacher:</w:t>
            </w:r>
          </w:p>
        </w:tc>
        <w:tc>
          <w:tcPr>
            <w:tcW w:w="5119" w:type="dxa"/>
          </w:tcPr>
          <w:p w14:paraId="4EFF7A4D" w14:textId="4605ADAE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___________________________________________________________</w:t>
            </w:r>
          </w:p>
        </w:tc>
      </w:tr>
      <w:tr w:rsidR="00FA5CAE" w14:paraId="406344BC" w14:textId="77777777">
        <w:tc>
          <w:tcPr>
            <w:tcW w:w="10239" w:type="dxa"/>
            <w:gridSpan w:val="2"/>
            <w:shd w:val="clear" w:color="auto" w:fill="DDECF0"/>
          </w:tcPr>
          <w:p w14:paraId="3C0C569B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23"/>
              </w:rPr>
              <w:t>03   REASONS FOR REQUEST – To be completed by Student</w:t>
            </w:r>
          </w:p>
        </w:tc>
      </w:tr>
    </w:tbl>
    <w:p w14:paraId="3B50C4A0" w14:textId="77777777" w:rsidR="00FA5CAE" w:rsidRDefault="00FA5CAE"/>
    <w:p w14:paraId="5A1CBAA3" w14:textId="39DD4AAD" w:rsidR="005338F7" w:rsidRDefault="005338F7" w:rsidP="005338F7">
      <w:pPr>
        <w:spacing w:after="108"/>
      </w:pPr>
      <w:r>
        <w:rPr>
          <w:color w:val="183449"/>
          <w:sz w:val="18"/>
        </w:rPr>
        <w:t>_________________________________________________________________________________________________________________________</w:t>
      </w:r>
    </w:p>
    <w:p w14:paraId="6295FBE2" w14:textId="77777777" w:rsidR="005338F7" w:rsidRDefault="005338F7" w:rsidP="005338F7">
      <w:pPr>
        <w:spacing w:after="108"/>
      </w:pPr>
      <w:r>
        <w:rPr>
          <w:color w:val="183449"/>
          <w:sz w:val="18"/>
        </w:rPr>
        <w:t>_________________________________________________________________________________________________________________________</w:t>
      </w:r>
    </w:p>
    <w:p w14:paraId="5F41720C" w14:textId="768EE28C" w:rsidR="00FA5CAE" w:rsidRDefault="00FA5CAE">
      <w:pPr>
        <w:spacing w:after="108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39"/>
      </w:tblGrid>
      <w:tr w:rsidR="00FA5CAE" w14:paraId="45F621EE" w14:textId="77777777">
        <w:tc>
          <w:tcPr>
            <w:tcW w:w="10239" w:type="dxa"/>
            <w:shd w:val="clear" w:color="auto" w:fill="DDECF0"/>
          </w:tcPr>
          <w:p w14:paraId="6CC112AB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23"/>
              </w:rPr>
              <w:t xml:space="preserve">04   CURRENT SUBJECT </w:t>
            </w:r>
            <w:proofErr w:type="gramStart"/>
            <w:r>
              <w:rPr>
                <w:b/>
                <w:color w:val="183449"/>
                <w:sz w:val="23"/>
              </w:rPr>
              <w:t>TEACHER  CONSULTATION</w:t>
            </w:r>
            <w:proofErr w:type="gramEnd"/>
            <w:r>
              <w:rPr>
                <w:b/>
                <w:color w:val="183449"/>
                <w:sz w:val="23"/>
              </w:rPr>
              <w:t>/RECOMMENDATIONS</w:t>
            </w:r>
          </w:p>
        </w:tc>
      </w:tr>
    </w:tbl>
    <w:p w14:paraId="0E809263" w14:textId="77777777" w:rsidR="00FA5CAE" w:rsidRDefault="00FA5CAE"/>
    <w:p w14:paraId="757C9B28" w14:textId="5E2872B3" w:rsidR="00FA5CAE" w:rsidRDefault="001E59EC">
      <w:pPr>
        <w:spacing w:after="68"/>
      </w:pPr>
      <w:r>
        <w:rPr>
          <w:b/>
          <w:color w:val="183449"/>
          <w:sz w:val="21"/>
        </w:rPr>
        <w:t xml:space="preserve">Current teacher </w:t>
      </w:r>
      <w:proofErr w:type="gramStart"/>
      <w:r>
        <w:rPr>
          <w:b/>
          <w:color w:val="183449"/>
          <w:sz w:val="21"/>
        </w:rPr>
        <w:t>recommendation:</w:t>
      </w:r>
      <w:r w:rsidR="005338F7">
        <w:rPr>
          <w:b/>
          <w:color w:val="183449"/>
          <w:sz w:val="21"/>
        </w:rPr>
        <w:t>_</w:t>
      </w:r>
      <w:proofErr w:type="gramEnd"/>
      <w:r w:rsidR="005338F7">
        <w:rPr>
          <w:b/>
          <w:color w:val="183449"/>
          <w:sz w:val="21"/>
        </w:rPr>
        <w:t>____________________________________________________________________</w:t>
      </w:r>
    </w:p>
    <w:p w14:paraId="48593A67" w14:textId="31AA990B" w:rsidR="00FA5CAE" w:rsidRDefault="001E59EC">
      <w:pPr>
        <w:spacing w:after="108"/>
      </w:pPr>
      <w:r>
        <w:rPr>
          <w:color w:val="183449"/>
          <w:sz w:val="18"/>
        </w:rPr>
        <w:t>_________________________________________________________________________________________</w:t>
      </w:r>
      <w:r w:rsidR="005338F7">
        <w:rPr>
          <w:color w:val="183449"/>
          <w:sz w:val="18"/>
        </w:rPr>
        <w:t>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20"/>
      </w:tblGrid>
      <w:tr w:rsidR="00FA5CAE" w14:paraId="01F835DA" w14:textId="77777777">
        <w:tc>
          <w:tcPr>
            <w:tcW w:w="5119" w:type="dxa"/>
          </w:tcPr>
          <w:p w14:paraId="22225869" w14:textId="059A01FE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Current teacher signature:  ____________________</w:t>
            </w:r>
          </w:p>
        </w:tc>
        <w:tc>
          <w:tcPr>
            <w:tcW w:w="5119" w:type="dxa"/>
          </w:tcPr>
          <w:p w14:paraId="1AA68991" w14:textId="77777777" w:rsidR="00FA5CAE" w:rsidRDefault="001E59EC">
            <w:pPr>
              <w:spacing w:after="28"/>
            </w:pPr>
            <w:r>
              <w:rPr>
                <w:color w:val="183449"/>
                <w:sz w:val="18"/>
              </w:rPr>
              <w:t>Date: __________</w:t>
            </w:r>
          </w:p>
        </w:tc>
      </w:tr>
      <w:tr w:rsidR="00FA5CAE" w14:paraId="0E786591" w14:textId="77777777">
        <w:tc>
          <w:tcPr>
            <w:tcW w:w="10239" w:type="dxa"/>
            <w:gridSpan w:val="2"/>
            <w:shd w:val="clear" w:color="auto" w:fill="DDECF0"/>
          </w:tcPr>
          <w:p w14:paraId="2A36AC30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23"/>
              </w:rPr>
              <w:t>05   NEW TEACHER: REQUIRED CATCH-UP WORK</w:t>
            </w:r>
          </w:p>
        </w:tc>
      </w:tr>
    </w:tbl>
    <w:p w14:paraId="3BDD11AA" w14:textId="77777777" w:rsidR="00FA5CAE" w:rsidRDefault="00FA5CAE"/>
    <w:p w14:paraId="0E08592E" w14:textId="5E1D0CF2" w:rsidR="00FA5CAE" w:rsidRDefault="001E59EC">
      <w:pPr>
        <w:spacing w:after="68"/>
      </w:pPr>
      <w:r w:rsidRPr="005338F7">
        <w:rPr>
          <w:b/>
          <w:bCs/>
          <w:color w:val="183449"/>
          <w:sz w:val="19"/>
        </w:rPr>
        <w:t xml:space="preserve">It is the student's responsibility to cover the following topics / chapters already covered by this class. </w:t>
      </w:r>
      <w:r>
        <w:rPr>
          <w:color w:val="183449"/>
          <w:sz w:val="19"/>
        </w:rPr>
        <w:t>Our Guidance Counsellors can support students in planning this work.</w:t>
      </w:r>
      <w:r w:rsidR="005338F7">
        <w:rPr>
          <w:color w:val="183449"/>
          <w:sz w:val="19"/>
        </w:rPr>
        <w:t xml:space="preserve"> </w:t>
      </w:r>
      <w:r>
        <w:rPr>
          <w:color w:val="183449"/>
          <w:sz w:val="19"/>
        </w:rPr>
        <w:t xml:space="preserve">Students have free access to </w:t>
      </w:r>
      <w:r w:rsidRPr="005338F7">
        <w:rPr>
          <w:b/>
          <w:bCs/>
          <w:color w:val="183449"/>
          <w:sz w:val="19"/>
        </w:rPr>
        <w:t>www.Studyclix.ie</w:t>
      </w:r>
      <w:r>
        <w:rPr>
          <w:color w:val="183449"/>
          <w:sz w:val="19"/>
        </w:rPr>
        <w:t xml:space="preserve"> and </w:t>
      </w:r>
      <w:r w:rsidRPr="005338F7">
        <w:rPr>
          <w:b/>
          <w:bCs/>
          <w:color w:val="183449"/>
          <w:sz w:val="19"/>
        </w:rPr>
        <w:t>www.ExamRevision.ie.</w:t>
      </w:r>
      <w:r>
        <w:rPr>
          <w:color w:val="183449"/>
          <w:sz w:val="19"/>
        </w:rPr>
        <w:t xml:space="preserve"> These resources include videos, tutorials, exam questions and solutions.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9"/>
        <w:gridCol w:w="5119"/>
      </w:tblGrid>
      <w:tr w:rsidR="00FA5CAE" w14:paraId="578D6506" w14:textId="77777777">
        <w:trPr>
          <w:trHeight w:val="389"/>
        </w:trPr>
        <w:tc>
          <w:tcPr>
            <w:tcW w:w="5119" w:type="dxa"/>
            <w:shd w:val="clear" w:color="auto" w:fill="DDECF0"/>
            <w:vAlign w:val="center"/>
          </w:tcPr>
          <w:p w14:paraId="7151EADC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17"/>
              </w:rPr>
              <w:t>TOPICS / CHAPTERS ALREADY COVERED – SEE ATTACHED PAGE IF APPLICABLE</w:t>
            </w:r>
          </w:p>
        </w:tc>
        <w:tc>
          <w:tcPr>
            <w:tcW w:w="5119" w:type="dxa"/>
            <w:shd w:val="clear" w:color="auto" w:fill="DDECF0"/>
            <w:vAlign w:val="center"/>
          </w:tcPr>
          <w:p w14:paraId="6EAC001E" w14:textId="77777777" w:rsidR="00FA5CAE" w:rsidRDefault="001E59EC">
            <w:pPr>
              <w:spacing w:after="8"/>
            </w:pPr>
            <w:r>
              <w:rPr>
                <w:b/>
                <w:color w:val="183449"/>
                <w:sz w:val="17"/>
              </w:rPr>
              <w:t>TARGET DATE</w:t>
            </w:r>
          </w:p>
        </w:tc>
      </w:tr>
      <w:tr w:rsidR="00FA5CAE" w14:paraId="04346A71" w14:textId="77777777">
        <w:trPr>
          <w:trHeight w:val="460"/>
        </w:trPr>
        <w:tc>
          <w:tcPr>
            <w:tcW w:w="5119" w:type="dxa"/>
            <w:vAlign w:val="center"/>
          </w:tcPr>
          <w:p w14:paraId="66698732" w14:textId="77777777" w:rsidR="00FA5CAE" w:rsidRDefault="00FA5CAE">
            <w:pPr>
              <w:spacing w:after="0"/>
            </w:pPr>
          </w:p>
        </w:tc>
        <w:tc>
          <w:tcPr>
            <w:tcW w:w="5119" w:type="dxa"/>
            <w:vAlign w:val="center"/>
          </w:tcPr>
          <w:p w14:paraId="79747834" w14:textId="77777777" w:rsidR="00FA5CAE" w:rsidRDefault="00FA5CAE">
            <w:pPr>
              <w:spacing w:after="0"/>
            </w:pPr>
          </w:p>
        </w:tc>
      </w:tr>
      <w:tr w:rsidR="00FA5CAE" w14:paraId="56E308D4" w14:textId="77777777">
        <w:trPr>
          <w:trHeight w:val="460"/>
        </w:trPr>
        <w:tc>
          <w:tcPr>
            <w:tcW w:w="5119" w:type="dxa"/>
            <w:vAlign w:val="center"/>
          </w:tcPr>
          <w:p w14:paraId="69E414CA" w14:textId="77777777" w:rsidR="00FA5CAE" w:rsidRDefault="00FA5CAE">
            <w:pPr>
              <w:spacing w:after="0"/>
            </w:pPr>
          </w:p>
        </w:tc>
        <w:tc>
          <w:tcPr>
            <w:tcW w:w="5119" w:type="dxa"/>
            <w:vAlign w:val="center"/>
          </w:tcPr>
          <w:p w14:paraId="6DFE7BDF" w14:textId="77777777" w:rsidR="00FA5CAE" w:rsidRDefault="00FA5CAE">
            <w:pPr>
              <w:spacing w:after="0"/>
            </w:pPr>
          </w:p>
        </w:tc>
      </w:tr>
      <w:tr w:rsidR="00FA5CAE" w14:paraId="158A7187" w14:textId="77777777">
        <w:trPr>
          <w:trHeight w:val="460"/>
        </w:trPr>
        <w:tc>
          <w:tcPr>
            <w:tcW w:w="5119" w:type="dxa"/>
            <w:vAlign w:val="center"/>
          </w:tcPr>
          <w:p w14:paraId="5ED69FBB" w14:textId="77777777" w:rsidR="00FA5CAE" w:rsidRDefault="00FA5CAE">
            <w:pPr>
              <w:spacing w:after="0"/>
            </w:pPr>
          </w:p>
        </w:tc>
        <w:tc>
          <w:tcPr>
            <w:tcW w:w="5119" w:type="dxa"/>
            <w:vAlign w:val="center"/>
          </w:tcPr>
          <w:p w14:paraId="6ABAA64B" w14:textId="77777777" w:rsidR="00FA5CAE" w:rsidRDefault="00FA5CAE">
            <w:pPr>
              <w:spacing w:after="0"/>
            </w:pPr>
          </w:p>
        </w:tc>
      </w:tr>
      <w:tr w:rsidR="00FA5CAE" w14:paraId="5D7866C3" w14:textId="77777777">
        <w:trPr>
          <w:trHeight w:val="460"/>
        </w:trPr>
        <w:tc>
          <w:tcPr>
            <w:tcW w:w="5119" w:type="dxa"/>
            <w:vAlign w:val="center"/>
          </w:tcPr>
          <w:p w14:paraId="7B31F931" w14:textId="77777777" w:rsidR="00FA5CAE" w:rsidRDefault="00FA5CAE">
            <w:pPr>
              <w:spacing w:after="0"/>
            </w:pPr>
          </w:p>
        </w:tc>
        <w:tc>
          <w:tcPr>
            <w:tcW w:w="5119" w:type="dxa"/>
            <w:vAlign w:val="center"/>
          </w:tcPr>
          <w:p w14:paraId="4731D2FF" w14:textId="77777777" w:rsidR="00FA5CAE" w:rsidRDefault="00FA5CAE">
            <w:pPr>
              <w:spacing w:after="0"/>
            </w:pPr>
          </w:p>
        </w:tc>
      </w:tr>
      <w:tr w:rsidR="00FA5CAE" w14:paraId="17A7B150" w14:textId="77777777">
        <w:trPr>
          <w:trHeight w:val="460"/>
        </w:trPr>
        <w:tc>
          <w:tcPr>
            <w:tcW w:w="5119" w:type="dxa"/>
            <w:vAlign w:val="center"/>
          </w:tcPr>
          <w:p w14:paraId="6F0B36C8" w14:textId="77777777" w:rsidR="00FA5CAE" w:rsidRDefault="00FA5CAE">
            <w:pPr>
              <w:spacing w:after="0"/>
            </w:pPr>
          </w:p>
        </w:tc>
        <w:tc>
          <w:tcPr>
            <w:tcW w:w="5119" w:type="dxa"/>
            <w:vAlign w:val="center"/>
          </w:tcPr>
          <w:p w14:paraId="1C417EBC" w14:textId="77777777" w:rsidR="00FA5CAE" w:rsidRDefault="00FA5CAE">
            <w:pPr>
              <w:spacing w:after="0"/>
            </w:pP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19"/>
      </w:tblGrid>
      <w:tr w:rsidR="00FA5CAE" w14:paraId="2C1067B2" w14:textId="77777777">
        <w:tc>
          <w:tcPr>
            <w:tcW w:w="5119" w:type="dxa"/>
          </w:tcPr>
          <w:p w14:paraId="174A1AB0" w14:textId="17A063BD" w:rsidR="00FA5CAE" w:rsidRDefault="005338F7">
            <w:pPr>
              <w:spacing w:after="28"/>
            </w:pPr>
            <w:r>
              <w:rPr>
                <w:b/>
                <w:color w:val="183449"/>
                <w:sz w:val="19"/>
              </w:rPr>
              <w:br/>
            </w:r>
            <w:r w:rsidR="001E59EC">
              <w:rPr>
                <w:b/>
                <w:color w:val="183449"/>
                <w:sz w:val="19"/>
              </w:rPr>
              <w:t>New teacher name:</w:t>
            </w:r>
            <w:r>
              <w:rPr>
                <w:b/>
                <w:color w:val="183449"/>
                <w:sz w:val="19"/>
              </w:rPr>
              <w:t>/Signature</w:t>
            </w:r>
          </w:p>
        </w:tc>
        <w:tc>
          <w:tcPr>
            <w:tcW w:w="5119" w:type="dxa"/>
          </w:tcPr>
          <w:p w14:paraId="10EE9680" w14:textId="7F1F00BB" w:rsidR="00FA5CAE" w:rsidRDefault="005338F7">
            <w:pPr>
              <w:spacing w:after="28"/>
            </w:pPr>
            <w:r>
              <w:rPr>
                <w:color w:val="183449"/>
                <w:sz w:val="18"/>
              </w:rPr>
              <w:br/>
            </w:r>
            <w:r w:rsidR="001E59EC">
              <w:rPr>
                <w:color w:val="183449"/>
                <w:sz w:val="18"/>
              </w:rPr>
              <w:t>___________________________________________________________</w:t>
            </w:r>
          </w:p>
        </w:tc>
      </w:tr>
      <w:tr w:rsidR="00FA5CAE" w14:paraId="243CB05F" w14:textId="77777777">
        <w:tc>
          <w:tcPr>
            <w:tcW w:w="5119" w:type="dxa"/>
          </w:tcPr>
          <w:p w14:paraId="0C66DE2D" w14:textId="61E321A4" w:rsidR="00FA5CAE" w:rsidRDefault="00FA5CAE">
            <w:pPr>
              <w:spacing w:after="28"/>
            </w:pPr>
          </w:p>
        </w:tc>
        <w:tc>
          <w:tcPr>
            <w:tcW w:w="5119" w:type="dxa"/>
          </w:tcPr>
          <w:p w14:paraId="616614E6" w14:textId="060C25D3" w:rsidR="00FA5CAE" w:rsidRDefault="00FA5CAE">
            <w:pPr>
              <w:spacing w:after="28"/>
            </w:pPr>
          </w:p>
        </w:tc>
      </w:tr>
      <w:tr w:rsidR="00FA5CAE" w14:paraId="61A2D791" w14:textId="77777777">
        <w:tc>
          <w:tcPr>
            <w:tcW w:w="5119" w:type="dxa"/>
          </w:tcPr>
          <w:p w14:paraId="4746E6CE" w14:textId="34FD275F" w:rsidR="00FA5CAE" w:rsidRDefault="00FA5CAE">
            <w:pPr>
              <w:spacing w:after="28"/>
            </w:pPr>
          </w:p>
        </w:tc>
        <w:tc>
          <w:tcPr>
            <w:tcW w:w="5119" w:type="dxa"/>
          </w:tcPr>
          <w:p w14:paraId="061152D1" w14:textId="229E7BB9" w:rsidR="00FA5CAE" w:rsidRDefault="00FA5CAE">
            <w:pPr>
              <w:spacing w:after="28"/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119"/>
        <w:gridCol w:w="5119"/>
      </w:tblGrid>
      <w:tr w:rsidR="00FA5CAE" w14:paraId="3995CA37" w14:textId="77777777">
        <w:tc>
          <w:tcPr>
            <w:tcW w:w="5119" w:type="dxa"/>
          </w:tcPr>
          <w:p w14:paraId="669C85D3" w14:textId="675F8086" w:rsidR="00FA5CAE" w:rsidRDefault="001E59EC">
            <w:r>
              <w:lastRenderedPageBreak/>
              <w:br w:type="page"/>
            </w:r>
          </w:p>
        </w:tc>
        <w:tc>
          <w:tcPr>
            <w:tcW w:w="5119" w:type="dxa"/>
          </w:tcPr>
          <w:p w14:paraId="43F2182A" w14:textId="7AD14B8C" w:rsidR="00FA5CAE" w:rsidRDefault="00FA5CAE">
            <w:pPr>
              <w:spacing w:after="60" w:line="242" w:lineRule="auto"/>
            </w:pPr>
          </w:p>
        </w:tc>
      </w:tr>
    </w:tbl>
    <w:p w14:paraId="427B7A58" w14:textId="77777777" w:rsidR="00FA5CAE" w:rsidRDefault="00FA5CA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39"/>
      </w:tblGrid>
      <w:tr w:rsidR="00FA5CAE" w14:paraId="335221FE" w14:textId="77777777">
        <w:tc>
          <w:tcPr>
            <w:tcW w:w="10239" w:type="dxa"/>
            <w:shd w:val="clear" w:color="auto" w:fill="DDECF0"/>
          </w:tcPr>
          <w:p w14:paraId="16115E0F" w14:textId="77777777" w:rsidR="00FA5CAE" w:rsidRDefault="001E59EC">
            <w:pPr>
              <w:spacing w:after="60" w:line="242" w:lineRule="auto"/>
            </w:pPr>
            <w:r>
              <w:rPr>
                <w:b/>
                <w:color w:val="183449"/>
                <w:sz w:val="23"/>
              </w:rPr>
              <w:t>06   STUDENT COMMITMENT</w:t>
            </w:r>
          </w:p>
        </w:tc>
      </w:tr>
    </w:tbl>
    <w:p w14:paraId="70EEDE1E" w14:textId="77777777" w:rsidR="00FA5CAE" w:rsidRDefault="00FA5CAE"/>
    <w:p w14:paraId="16CC24BB" w14:textId="77777777" w:rsidR="00FA5CAE" w:rsidRDefault="001E59EC">
      <w:pPr>
        <w:spacing w:after="120" w:line="242" w:lineRule="auto"/>
      </w:pPr>
      <w:r>
        <w:rPr>
          <w:color w:val="183449"/>
          <w:sz w:val="17"/>
        </w:rPr>
        <w:t>I understand the catch-up requirements above and will agree a realistic completion plan with my new teacher and/or Guidance Counsellor.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20"/>
      </w:tblGrid>
      <w:tr w:rsidR="00FA5CAE" w14:paraId="5DA387E0" w14:textId="77777777">
        <w:tc>
          <w:tcPr>
            <w:tcW w:w="5119" w:type="dxa"/>
          </w:tcPr>
          <w:p w14:paraId="30A9C8EA" w14:textId="77777777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>Student signature:  ________________________________________</w:t>
            </w:r>
          </w:p>
        </w:tc>
        <w:tc>
          <w:tcPr>
            <w:tcW w:w="5119" w:type="dxa"/>
          </w:tcPr>
          <w:p w14:paraId="7C8D8E93" w14:textId="300E171D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>Date: __________</w:t>
            </w:r>
            <w:r w:rsidR="005338F7">
              <w:rPr>
                <w:color w:val="183449"/>
                <w:sz w:val="18"/>
              </w:rPr>
              <w:br/>
            </w:r>
            <w:r w:rsidR="005338F7">
              <w:rPr>
                <w:color w:val="183449"/>
                <w:sz w:val="18"/>
              </w:rPr>
              <w:br/>
            </w:r>
          </w:p>
        </w:tc>
      </w:tr>
      <w:tr w:rsidR="00FA5CAE" w14:paraId="588AA626" w14:textId="77777777">
        <w:tc>
          <w:tcPr>
            <w:tcW w:w="10239" w:type="dxa"/>
            <w:gridSpan w:val="2"/>
            <w:shd w:val="clear" w:color="auto" w:fill="DDECF0"/>
          </w:tcPr>
          <w:p w14:paraId="65A07A8F" w14:textId="77777777" w:rsidR="00FA5CAE" w:rsidRDefault="001E59EC">
            <w:pPr>
              <w:spacing w:after="60" w:line="242" w:lineRule="auto"/>
            </w:pPr>
            <w:r>
              <w:rPr>
                <w:b/>
                <w:color w:val="183449"/>
                <w:sz w:val="23"/>
              </w:rPr>
              <w:t>07   ATTENDANCE &amp; CURRENT ACADEMIC PERFORMANCE</w:t>
            </w:r>
          </w:p>
        </w:tc>
      </w:tr>
    </w:tbl>
    <w:p w14:paraId="5A14F6B7" w14:textId="77777777" w:rsidR="00FA5CAE" w:rsidRDefault="00FA5CAE"/>
    <w:p w14:paraId="7149AE6F" w14:textId="77777777" w:rsidR="00FA5CAE" w:rsidRDefault="001E59EC">
      <w:pPr>
        <w:spacing w:after="140" w:line="242" w:lineRule="auto"/>
      </w:pPr>
      <w:r>
        <w:rPr>
          <w:color w:val="183449"/>
          <w:sz w:val="18"/>
        </w:rPr>
        <w:t>Student attendance (period: ______________________):   Present: ______   Unexplained absence: ______   Late: ______</w:t>
      </w:r>
    </w:p>
    <w:p w14:paraId="32B5BE01" w14:textId="77777777" w:rsidR="00FA5CAE" w:rsidRDefault="001E59EC">
      <w:pPr>
        <w:spacing w:after="240" w:line="242" w:lineRule="auto"/>
      </w:pPr>
      <w:r>
        <w:rPr>
          <w:color w:val="183449"/>
          <w:sz w:val="21"/>
        </w:rPr>
        <w:t>Athena review — Is this student currently reaching their potential?     ☐ Yes      ☐ No</w:t>
      </w:r>
    </w:p>
    <w:p w14:paraId="0146F293" w14:textId="77777777" w:rsidR="00FA5CAE" w:rsidRDefault="001E59EC">
      <w:pPr>
        <w:spacing w:after="160" w:line="242" w:lineRule="auto"/>
      </w:pPr>
      <w:r>
        <w:rPr>
          <w:color w:val="183449"/>
          <w:sz w:val="18"/>
        </w:rPr>
        <w:t>Comments / relevant context (optional): ___________________________________________________________</w:t>
      </w:r>
    </w:p>
    <w:p w14:paraId="19D4AC73" w14:textId="77777777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</w:p>
    <w:p w14:paraId="0EE8705A" w14:textId="77777777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39"/>
      </w:tblGrid>
      <w:tr w:rsidR="00FA5CAE" w14:paraId="386C1CA0" w14:textId="77777777">
        <w:tc>
          <w:tcPr>
            <w:tcW w:w="10239" w:type="dxa"/>
            <w:shd w:val="clear" w:color="auto" w:fill="DDECF0"/>
          </w:tcPr>
          <w:p w14:paraId="062AF0FF" w14:textId="117D3625" w:rsidR="00FA5CAE" w:rsidRDefault="001E59EC">
            <w:pPr>
              <w:spacing w:after="60" w:line="242" w:lineRule="auto"/>
            </w:pPr>
            <w:r>
              <w:rPr>
                <w:b/>
                <w:color w:val="183449"/>
                <w:sz w:val="23"/>
              </w:rPr>
              <w:t>0</w:t>
            </w:r>
            <w:r w:rsidR="005338F7">
              <w:rPr>
                <w:b/>
                <w:color w:val="183449"/>
                <w:sz w:val="23"/>
              </w:rPr>
              <w:t>8</w:t>
            </w:r>
            <w:r>
              <w:rPr>
                <w:b/>
                <w:color w:val="183449"/>
                <w:sz w:val="23"/>
              </w:rPr>
              <w:t xml:space="preserve">   PARENT / GUARDIAN SIGN-OFF</w:t>
            </w:r>
          </w:p>
        </w:tc>
      </w:tr>
    </w:tbl>
    <w:p w14:paraId="2692E7E0" w14:textId="77777777" w:rsidR="00FA5CAE" w:rsidRDefault="00FA5CAE"/>
    <w:p w14:paraId="6CD651F1" w14:textId="77777777" w:rsidR="00FA5CAE" w:rsidRDefault="001E59EC">
      <w:pPr>
        <w:spacing w:after="120" w:line="242" w:lineRule="auto"/>
      </w:pPr>
      <w:r>
        <w:rPr>
          <w:color w:val="183449"/>
          <w:sz w:val="17"/>
        </w:rPr>
        <w:t>I have discussed this request with my child and understand the implications of the change, including any missed coursework and catch-up requirements.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20"/>
      </w:tblGrid>
      <w:tr w:rsidR="00FA5CAE" w14:paraId="5111E710" w14:textId="77777777" w:rsidTr="00681D6B">
        <w:tc>
          <w:tcPr>
            <w:tcW w:w="5119" w:type="dxa"/>
          </w:tcPr>
          <w:p w14:paraId="75127505" w14:textId="051CCAB9" w:rsidR="00FA5CAE" w:rsidRDefault="001E59EC">
            <w:pPr>
              <w:spacing w:after="80" w:line="242" w:lineRule="auto"/>
            </w:pPr>
            <w:proofErr w:type="gramStart"/>
            <w:r>
              <w:rPr>
                <w:b/>
                <w:color w:val="183449"/>
                <w:sz w:val="19"/>
              </w:rPr>
              <w:t xml:space="preserve">Parent </w:t>
            </w:r>
            <w:r>
              <w:rPr>
                <w:b/>
                <w:color w:val="183449"/>
                <w:sz w:val="19"/>
              </w:rPr>
              <w:t xml:space="preserve"> guardian</w:t>
            </w:r>
            <w:proofErr w:type="gramEnd"/>
            <w:r>
              <w:rPr>
                <w:b/>
                <w:color w:val="183449"/>
                <w:sz w:val="19"/>
              </w:rPr>
              <w:t xml:space="preserve"> nam</w:t>
            </w:r>
            <w:r w:rsidR="005338F7">
              <w:rPr>
                <w:b/>
                <w:color w:val="183449"/>
                <w:sz w:val="19"/>
              </w:rPr>
              <w:t>e/Signature</w:t>
            </w:r>
            <w:r>
              <w:rPr>
                <w:b/>
                <w:color w:val="183449"/>
                <w:sz w:val="19"/>
              </w:rPr>
              <w:t>:</w:t>
            </w:r>
          </w:p>
        </w:tc>
        <w:tc>
          <w:tcPr>
            <w:tcW w:w="5120" w:type="dxa"/>
          </w:tcPr>
          <w:p w14:paraId="6020455D" w14:textId="76884BF3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>___________________________________________________________</w:t>
            </w:r>
          </w:p>
        </w:tc>
      </w:tr>
      <w:tr w:rsidR="00FA5CAE" w14:paraId="33AF8263" w14:textId="77777777" w:rsidTr="00681D6B">
        <w:tc>
          <w:tcPr>
            <w:tcW w:w="5119" w:type="dxa"/>
          </w:tcPr>
          <w:p w14:paraId="36DA2854" w14:textId="02712E8A" w:rsidR="00FA5CAE" w:rsidRDefault="00FA5CAE">
            <w:pPr>
              <w:spacing w:after="80" w:line="242" w:lineRule="auto"/>
            </w:pPr>
          </w:p>
        </w:tc>
        <w:tc>
          <w:tcPr>
            <w:tcW w:w="5120" w:type="dxa"/>
          </w:tcPr>
          <w:p w14:paraId="6A49FE59" w14:textId="77777777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>Date: __________</w:t>
            </w:r>
          </w:p>
        </w:tc>
      </w:tr>
      <w:tr w:rsidR="00FA5CAE" w14:paraId="32803D9A" w14:textId="77777777">
        <w:tc>
          <w:tcPr>
            <w:tcW w:w="10239" w:type="dxa"/>
            <w:gridSpan w:val="2"/>
            <w:shd w:val="clear" w:color="auto" w:fill="DDECF0"/>
          </w:tcPr>
          <w:p w14:paraId="6F29D293" w14:textId="58C19A3D" w:rsidR="00FA5CAE" w:rsidRDefault="005338F7" w:rsidP="00681D6B">
            <w:pPr>
              <w:spacing w:after="60" w:line="242" w:lineRule="auto"/>
            </w:pPr>
            <w:r>
              <w:rPr>
                <w:b/>
                <w:color w:val="183449"/>
                <w:sz w:val="23"/>
              </w:rPr>
              <w:t>09</w:t>
            </w:r>
            <w:r w:rsidR="00681D6B">
              <w:rPr>
                <w:b/>
                <w:color w:val="183449"/>
                <w:sz w:val="23"/>
              </w:rPr>
              <w:t xml:space="preserve"> </w:t>
            </w:r>
            <w:proofErr w:type="gramStart"/>
            <w:r w:rsidR="00681D6B">
              <w:rPr>
                <w:b/>
                <w:color w:val="183449"/>
                <w:sz w:val="23"/>
              </w:rPr>
              <w:t xml:space="preserve">STUDENT </w:t>
            </w:r>
            <w:r w:rsidR="001E59EC">
              <w:rPr>
                <w:b/>
                <w:color w:val="183449"/>
                <w:sz w:val="23"/>
              </w:rPr>
              <w:t xml:space="preserve"> &amp;</w:t>
            </w:r>
            <w:proofErr w:type="gramEnd"/>
            <w:r w:rsidR="001E59EC">
              <w:rPr>
                <w:b/>
                <w:color w:val="183449"/>
                <w:sz w:val="23"/>
              </w:rPr>
              <w:t xml:space="preserve"> GUIDAN</w:t>
            </w:r>
            <w:r>
              <w:rPr>
                <w:b/>
                <w:color w:val="183449"/>
                <w:sz w:val="23"/>
              </w:rPr>
              <w:t xml:space="preserve">CE </w:t>
            </w:r>
            <w:proofErr w:type="gramStart"/>
            <w:r>
              <w:rPr>
                <w:b/>
                <w:color w:val="183449"/>
                <w:sz w:val="23"/>
              </w:rPr>
              <w:t xml:space="preserve">COUNSELLOR </w:t>
            </w:r>
            <w:r w:rsidR="001E59EC">
              <w:rPr>
                <w:b/>
                <w:color w:val="183449"/>
                <w:sz w:val="23"/>
              </w:rPr>
              <w:t xml:space="preserve"> CONSULTATION</w:t>
            </w:r>
            <w:proofErr w:type="gramEnd"/>
          </w:p>
        </w:tc>
      </w:tr>
    </w:tbl>
    <w:p w14:paraId="1FDA02D9" w14:textId="77777777" w:rsidR="00681D6B" w:rsidRDefault="00681D6B" w:rsidP="00681D6B">
      <w:pPr>
        <w:spacing w:after="120" w:line="242" w:lineRule="auto"/>
      </w:pPr>
      <w:r>
        <w:rPr>
          <w:b/>
          <w:color w:val="183449"/>
          <w:sz w:val="21"/>
        </w:rPr>
        <w:t>Guidance counsellor:</w:t>
      </w:r>
    </w:p>
    <w:p w14:paraId="09AC0A23" w14:textId="77777777" w:rsidR="00681D6B" w:rsidRDefault="00681D6B" w:rsidP="00681D6B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_________________________________________________________________________________________________________________________</w:t>
      </w:r>
    </w:p>
    <w:p w14:paraId="280DA93F" w14:textId="77777777" w:rsidR="00681D6B" w:rsidRDefault="00681D6B" w:rsidP="00681D6B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_________________________________________________________________________________________________________________________</w:t>
      </w:r>
    </w:p>
    <w:p w14:paraId="2F22A922" w14:textId="77777777" w:rsidR="00681D6B" w:rsidRDefault="00681D6B" w:rsidP="00681D6B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__________________________________________________________________________________________________________________________</w:t>
      </w:r>
    </w:p>
    <w:p w14:paraId="7CC7FB82" w14:textId="77777777" w:rsidR="00FA5CAE" w:rsidRDefault="00FA5CA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39"/>
      </w:tblGrid>
      <w:tr w:rsidR="00681D6B" w14:paraId="1EC5F249" w14:textId="77777777" w:rsidTr="000E747F">
        <w:tc>
          <w:tcPr>
            <w:tcW w:w="10239" w:type="dxa"/>
            <w:shd w:val="clear" w:color="auto" w:fill="DDECF0"/>
          </w:tcPr>
          <w:p w14:paraId="3223B43A" w14:textId="16B77351" w:rsidR="00681D6B" w:rsidRDefault="00681D6B" w:rsidP="000E747F">
            <w:pPr>
              <w:spacing w:after="60" w:line="242" w:lineRule="auto"/>
            </w:pPr>
            <w:r>
              <w:rPr>
                <w:b/>
                <w:color w:val="183449"/>
                <w:sz w:val="23"/>
              </w:rPr>
              <w:t xml:space="preserve">09 </w:t>
            </w:r>
            <w:proofErr w:type="gramStart"/>
            <w:r>
              <w:rPr>
                <w:b/>
                <w:color w:val="183449"/>
                <w:sz w:val="23"/>
              </w:rPr>
              <w:t>PAREN</w:t>
            </w:r>
            <w:r>
              <w:rPr>
                <w:b/>
                <w:color w:val="183449"/>
                <w:sz w:val="23"/>
              </w:rPr>
              <w:t>T  &amp;</w:t>
            </w:r>
            <w:proofErr w:type="gramEnd"/>
            <w:r>
              <w:rPr>
                <w:b/>
                <w:color w:val="183449"/>
                <w:sz w:val="23"/>
              </w:rPr>
              <w:t xml:space="preserve"> GUIDANCE </w:t>
            </w:r>
            <w:proofErr w:type="gramStart"/>
            <w:r>
              <w:rPr>
                <w:b/>
                <w:color w:val="183449"/>
                <w:sz w:val="23"/>
              </w:rPr>
              <w:t>COUNSELLOR  CONSULTATION</w:t>
            </w:r>
            <w:proofErr w:type="gramEnd"/>
          </w:p>
        </w:tc>
      </w:tr>
    </w:tbl>
    <w:p w14:paraId="2AEC8C80" w14:textId="77777777" w:rsidR="00681D6B" w:rsidRDefault="00681D6B" w:rsidP="00681D6B"/>
    <w:p w14:paraId="1F089DC5" w14:textId="24C3527B" w:rsidR="00FA5CAE" w:rsidRDefault="001E59EC">
      <w:pPr>
        <w:spacing w:after="120" w:line="242" w:lineRule="auto"/>
      </w:pPr>
      <w:r>
        <w:rPr>
          <w:b/>
          <w:color w:val="183449"/>
          <w:sz w:val="21"/>
        </w:rPr>
        <w:t>Guidance counsellor</w:t>
      </w:r>
      <w:r w:rsidR="005338F7">
        <w:rPr>
          <w:b/>
          <w:color w:val="183449"/>
          <w:sz w:val="21"/>
        </w:rPr>
        <w:t>:</w:t>
      </w:r>
    </w:p>
    <w:p w14:paraId="289945A4" w14:textId="3E0A3CD0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  <w:r w:rsidR="005338F7">
        <w:rPr>
          <w:color w:val="183449"/>
          <w:sz w:val="18"/>
        </w:rPr>
        <w:t>________________________________</w:t>
      </w:r>
    </w:p>
    <w:p w14:paraId="1B116B76" w14:textId="6B72E275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  <w:r w:rsidR="005338F7">
        <w:rPr>
          <w:color w:val="183449"/>
          <w:sz w:val="18"/>
        </w:rPr>
        <w:t>________________________________</w:t>
      </w:r>
    </w:p>
    <w:p w14:paraId="06546144" w14:textId="47899AB0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  <w:r w:rsidR="005338F7">
        <w:rPr>
          <w:color w:val="183449"/>
          <w:sz w:val="18"/>
        </w:rPr>
        <w:t>_________________________________</w:t>
      </w:r>
    </w:p>
    <w:p w14:paraId="6E24278C" w14:textId="62F35F28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  <w:r w:rsidR="005338F7">
        <w:rPr>
          <w:color w:val="183449"/>
          <w:sz w:val="18"/>
        </w:rPr>
        <w:t>________________________________</w:t>
      </w:r>
    </w:p>
    <w:p w14:paraId="7C0E0863" w14:textId="77FA3399" w:rsidR="00FA5CAE" w:rsidRDefault="001E59EC">
      <w:pPr>
        <w:spacing w:after="160" w:line="242" w:lineRule="auto"/>
      </w:pPr>
      <w:r>
        <w:rPr>
          <w:color w:val="183449"/>
          <w:sz w:val="18"/>
        </w:rPr>
        <w:t>_________________________________________________________________________________________</w:t>
      </w:r>
      <w:r w:rsidR="005338F7">
        <w:rPr>
          <w:color w:val="183449"/>
          <w:sz w:val="18"/>
        </w:rPr>
        <w:t>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20"/>
      </w:tblGrid>
      <w:tr w:rsidR="00FA5CAE" w14:paraId="439DB361" w14:textId="77777777">
        <w:tc>
          <w:tcPr>
            <w:tcW w:w="5119" w:type="dxa"/>
          </w:tcPr>
          <w:p w14:paraId="4164B8C6" w14:textId="77777777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>Guidance signature:  ________________________________________</w:t>
            </w:r>
          </w:p>
        </w:tc>
        <w:tc>
          <w:tcPr>
            <w:tcW w:w="5119" w:type="dxa"/>
          </w:tcPr>
          <w:p w14:paraId="501152AE" w14:textId="12E7288A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 xml:space="preserve">Date: </w:t>
            </w:r>
            <w:r w:rsidR="005338F7">
              <w:rPr>
                <w:color w:val="183449"/>
                <w:sz w:val="18"/>
              </w:rPr>
              <w:br/>
            </w:r>
            <w:r>
              <w:rPr>
                <w:color w:val="183449"/>
                <w:sz w:val="18"/>
              </w:rPr>
              <w:t>__________</w:t>
            </w:r>
            <w:r w:rsidR="005338F7">
              <w:rPr>
                <w:color w:val="183449"/>
                <w:sz w:val="18"/>
              </w:rPr>
              <w:t>________</w:t>
            </w:r>
          </w:p>
        </w:tc>
      </w:tr>
      <w:tr w:rsidR="00FA5CAE" w14:paraId="15069A71" w14:textId="77777777">
        <w:tc>
          <w:tcPr>
            <w:tcW w:w="10239" w:type="dxa"/>
            <w:gridSpan w:val="2"/>
            <w:shd w:val="clear" w:color="auto" w:fill="DDECF0"/>
          </w:tcPr>
          <w:p w14:paraId="13F765BC" w14:textId="2C760034" w:rsidR="00FA5CAE" w:rsidRDefault="00681D6B">
            <w:pPr>
              <w:spacing w:after="60" w:line="242" w:lineRule="auto"/>
            </w:pPr>
            <w:r>
              <w:rPr>
                <w:b/>
                <w:color w:val="183449"/>
                <w:sz w:val="23"/>
              </w:rPr>
              <w:t>11</w:t>
            </w:r>
            <w:r w:rsidR="001E59EC">
              <w:rPr>
                <w:b/>
                <w:color w:val="183449"/>
                <w:sz w:val="23"/>
              </w:rPr>
              <w:t xml:space="preserve">   SCHOOL DECISION</w:t>
            </w:r>
          </w:p>
        </w:tc>
      </w:tr>
    </w:tbl>
    <w:p w14:paraId="395F9CEB" w14:textId="77777777" w:rsidR="00FA5CAE" w:rsidRDefault="00FA5CAE"/>
    <w:p w14:paraId="2413C23B" w14:textId="46A52D9C" w:rsidR="00FA5CAE" w:rsidRDefault="001E59EC">
      <w:pPr>
        <w:spacing w:after="300" w:line="242" w:lineRule="auto"/>
      </w:pPr>
      <w:proofErr w:type="gramStart"/>
      <w:r>
        <w:rPr>
          <w:color w:val="183449"/>
          <w:sz w:val="21"/>
        </w:rPr>
        <w:t>☐</w:t>
      </w:r>
      <w:r>
        <w:rPr>
          <w:color w:val="183449"/>
          <w:sz w:val="21"/>
        </w:rPr>
        <w:t xml:space="preserve">  Approved</w:t>
      </w:r>
      <w:proofErr w:type="gramEnd"/>
      <w:r>
        <w:rPr>
          <w:color w:val="183449"/>
          <w:sz w:val="21"/>
        </w:rPr>
        <w:t xml:space="preserve">                 </w:t>
      </w:r>
      <w:proofErr w:type="gramStart"/>
      <w:r>
        <w:rPr>
          <w:color w:val="183449"/>
          <w:sz w:val="21"/>
        </w:rPr>
        <w:t>☐  Not</w:t>
      </w:r>
      <w:proofErr w:type="gramEnd"/>
      <w:r>
        <w:rPr>
          <w:color w:val="183449"/>
          <w:sz w:val="21"/>
        </w:rPr>
        <w:t xml:space="preserve"> approved                 </w:t>
      </w:r>
      <w:proofErr w:type="gramStart"/>
      <w:r>
        <w:rPr>
          <w:color w:val="183449"/>
          <w:sz w:val="21"/>
        </w:rPr>
        <w:t>☐  Further</w:t>
      </w:r>
      <w:proofErr w:type="gramEnd"/>
      <w:r>
        <w:rPr>
          <w:color w:val="183449"/>
          <w:sz w:val="21"/>
        </w:rPr>
        <w:t xml:space="preserve"> discussion required</w:t>
      </w:r>
      <w:r w:rsidR="005338F7">
        <w:rPr>
          <w:color w:val="183449"/>
          <w:sz w:val="21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9"/>
        <w:gridCol w:w="5119"/>
      </w:tblGrid>
      <w:tr w:rsidR="00FA5CAE" w14:paraId="4EDD1B3D" w14:textId="77777777">
        <w:tc>
          <w:tcPr>
            <w:tcW w:w="5119" w:type="dxa"/>
          </w:tcPr>
          <w:p w14:paraId="250F29A0" w14:textId="07003DCF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>Principal / Deputy Principal signature:</w:t>
            </w:r>
            <w:r w:rsidR="005338F7">
              <w:rPr>
                <w:color w:val="183449"/>
                <w:sz w:val="18"/>
              </w:rPr>
              <w:br/>
            </w:r>
            <w:r w:rsidR="005338F7">
              <w:rPr>
                <w:color w:val="183449"/>
                <w:sz w:val="18"/>
              </w:rPr>
              <w:br/>
            </w:r>
            <w:r>
              <w:rPr>
                <w:color w:val="183449"/>
                <w:sz w:val="18"/>
              </w:rPr>
              <w:t xml:space="preserve">  ________________________________________</w:t>
            </w:r>
          </w:p>
        </w:tc>
        <w:tc>
          <w:tcPr>
            <w:tcW w:w="5119" w:type="dxa"/>
          </w:tcPr>
          <w:p w14:paraId="51BCB0F2" w14:textId="3BA40A43" w:rsidR="00FA5CAE" w:rsidRDefault="001E59EC">
            <w:pPr>
              <w:spacing w:after="80" w:line="242" w:lineRule="auto"/>
            </w:pPr>
            <w:r>
              <w:rPr>
                <w:color w:val="183449"/>
                <w:sz w:val="18"/>
              </w:rPr>
              <w:t xml:space="preserve">Date: </w:t>
            </w:r>
            <w:r w:rsidR="005338F7">
              <w:rPr>
                <w:color w:val="183449"/>
                <w:sz w:val="18"/>
              </w:rPr>
              <w:br/>
            </w:r>
            <w:r w:rsidR="005338F7">
              <w:rPr>
                <w:color w:val="183449"/>
                <w:sz w:val="18"/>
              </w:rPr>
              <w:br/>
            </w:r>
            <w:r>
              <w:rPr>
                <w:color w:val="183449"/>
                <w:sz w:val="18"/>
              </w:rPr>
              <w:t>__________</w:t>
            </w:r>
            <w:r w:rsidR="005338F7">
              <w:rPr>
                <w:color w:val="183449"/>
                <w:sz w:val="18"/>
              </w:rPr>
              <w:t>________</w:t>
            </w:r>
          </w:p>
        </w:tc>
      </w:tr>
    </w:tbl>
    <w:p w14:paraId="136ADF82" w14:textId="77777777" w:rsidR="001E59EC" w:rsidRDefault="001E59EC"/>
    <w:sectPr w:rsidR="001E59EC" w:rsidSect="00034616">
      <w:footerReference w:type="default" r:id="rId9"/>
      <w:pgSz w:w="11909" w:h="16834"/>
      <w:pgMar w:top="619" w:right="835" w:bottom="619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24AA" w14:textId="77777777" w:rsidR="001E59EC" w:rsidRDefault="001E59EC">
      <w:pPr>
        <w:spacing w:after="0" w:line="240" w:lineRule="auto"/>
      </w:pPr>
      <w:r>
        <w:separator/>
      </w:r>
    </w:p>
  </w:endnote>
  <w:endnote w:type="continuationSeparator" w:id="0">
    <w:p w14:paraId="27DF2939" w14:textId="77777777" w:rsidR="001E59EC" w:rsidRDefault="001E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BDDC7" w14:textId="77777777" w:rsidR="00FA5CAE" w:rsidRDefault="001E59EC">
    <w:pPr>
      <w:pStyle w:val="Footer"/>
      <w:jc w:val="center"/>
    </w:pPr>
    <w:r>
      <w:rPr>
        <w:color w:val="13717D"/>
        <w:sz w:val="14"/>
      </w:rPr>
      <w:t xml:space="preserve">ST AILBE'S </w:t>
    </w:r>
    <w:proofErr w:type="gramStart"/>
    <w:r>
      <w:rPr>
        <w:color w:val="13717D"/>
        <w:sz w:val="14"/>
      </w:rPr>
      <w:t>SCHOOL  •</w:t>
    </w:r>
    <w:proofErr w:type="gramEnd"/>
    <w:r>
      <w:rPr>
        <w:color w:val="13717D"/>
        <w:sz w:val="14"/>
      </w:rPr>
      <w:t xml:space="preserve">  SUBJECT / LEVEL CHANGE OR SUBJECT REDUCTION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4A9A" w14:textId="77777777" w:rsidR="001E59EC" w:rsidRDefault="001E59EC">
      <w:pPr>
        <w:spacing w:after="0" w:line="240" w:lineRule="auto"/>
      </w:pPr>
      <w:r>
        <w:separator/>
      </w:r>
    </w:p>
  </w:footnote>
  <w:footnote w:type="continuationSeparator" w:id="0">
    <w:p w14:paraId="267EEDD6" w14:textId="77777777" w:rsidR="001E59EC" w:rsidRDefault="001E5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097185">
    <w:abstractNumId w:val="8"/>
  </w:num>
  <w:num w:numId="2" w16cid:durableId="1133522700">
    <w:abstractNumId w:val="6"/>
  </w:num>
  <w:num w:numId="3" w16cid:durableId="1543788372">
    <w:abstractNumId w:val="5"/>
  </w:num>
  <w:num w:numId="4" w16cid:durableId="852033975">
    <w:abstractNumId w:val="4"/>
  </w:num>
  <w:num w:numId="5" w16cid:durableId="304552579">
    <w:abstractNumId w:val="7"/>
  </w:num>
  <w:num w:numId="6" w16cid:durableId="324286661">
    <w:abstractNumId w:val="3"/>
  </w:num>
  <w:num w:numId="7" w16cid:durableId="1509833203">
    <w:abstractNumId w:val="2"/>
  </w:num>
  <w:num w:numId="8" w16cid:durableId="183978073">
    <w:abstractNumId w:val="1"/>
  </w:num>
  <w:num w:numId="9" w16cid:durableId="1790932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9EC"/>
    <w:rsid w:val="0029639D"/>
    <w:rsid w:val="00326F90"/>
    <w:rsid w:val="005338F7"/>
    <w:rsid w:val="00533B6F"/>
    <w:rsid w:val="00681D6B"/>
    <w:rsid w:val="00AA1D8D"/>
    <w:rsid w:val="00B47730"/>
    <w:rsid w:val="00CB0664"/>
    <w:rsid w:val="00D77073"/>
    <w:rsid w:val="00FA5C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3B3CDC"/>
  <w14:defaultImageDpi w14:val="300"/>
  <w15:docId w15:val="{9B6C063B-5274-4A05-9B2E-D4603B46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Noreen Ryan</cp:lastModifiedBy>
  <cp:revision>2</cp:revision>
  <cp:lastPrinted>2026-09-28T09:36:00Z</cp:lastPrinted>
  <dcterms:created xsi:type="dcterms:W3CDTF">2026-09-28T14:26:00Z</dcterms:created>
  <dcterms:modified xsi:type="dcterms:W3CDTF">2026-09-28T14:26:00Z</dcterms:modified>
  <cp:category/>
</cp:coreProperties>
</file>